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rPr>
          <w:b w:val="0"/>
        </w:rPr>
        <w:t>В __________________________________________</w:t>
      </w:r>
    </w:p>
    <w:p>
      <w:pPr>
        <w:spacing w:after="0"/>
        <w:jc w:val="right"/>
      </w:pPr>
      <w:r>
        <w:rPr>
          <w:b w:val="0"/>
          <w:sz w:val="18"/>
        </w:rPr>
        <w:t>(наименование подразделения Госавтоинспекции)</w:t>
      </w:r>
    </w:p>
    <w:p>
      <w:pPr>
        <w:spacing w:after="0"/>
        <w:jc w:val="right"/>
      </w:pPr>
      <w:r>
        <w:rPr>
          <w:b w:val="0"/>
        </w:rPr>
        <w:t>от _________________________________________</w:t>
      </w:r>
    </w:p>
    <w:p>
      <w:pPr>
        <w:spacing w:after="0"/>
        <w:jc w:val="right"/>
      </w:pPr>
      <w:r>
        <w:rPr>
          <w:b w:val="0"/>
          <w:sz w:val="18"/>
        </w:rPr>
        <w:t>(ФИО / наименование организации-фрахтователя,</w:t>
      </w:r>
    </w:p>
    <w:p>
      <w:pPr>
        <w:spacing w:after="240"/>
        <w:jc w:val="right"/>
      </w:pPr>
      <w:r>
        <w:rPr>
          <w:b w:val="0"/>
          <w:sz w:val="18"/>
        </w:rPr>
        <w:t>адрес, контактный телефон)</w:t>
      </w:r>
    </w:p>
    <w:p>
      <w:pPr>
        <w:spacing w:after="40"/>
        <w:jc w:val="center"/>
      </w:pPr>
      <w:r>
        <w:rPr>
          <w:b/>
          <w:sz w:val="28"/>
        </w:rPr>
        <w:t>УВЕДОМЛЕНИЕ</w:t>
      </w:r>
    </w:p>
    <w:p>
      <w:pPr>
        <w:spacing w:after="280"/>
        <w:jc w:val="center"/>
      </w:pPr>
      <w:r>
        <w:rPr>
          <w:b w:val="0"/>
        </w:rPr>
        <w:t>об организованной перевозке группы детей автобусом</w:t>
      </w:r>
    </w:p>
    <w:p>
      <w:pPr>
        <w:spacing w:after="40"/>
      </w:pPr>
      <w:r>
        <w:rPr>
          <w:b w:val="0"/>
        </w:rPr>
        <w:t>1. Дата начала и окончания перевозки:</w:t>
      </w:r>
    </w:p>
    <w:p>
      <w:pPr>
        <w:spacing w:after="160"/>
      </w:pPr>
      <w:r>
        <w:rPr>
          <w:b w:val="0"/>
        </w:rPr>
        <w:t>«___» ____________ 20___ г. — «___» ____________ 20___ г.</w:t>
      </w:r>
    </w:p>
    <w:p>
      <w:pPr>
        <w:spacing w:after="40"/>
      </w:pPr>
      <w:r>
        <w:rPr>
          <w:b w:val="0"/>
        </w:rPr>
        <w:t>2. Маршрут перевозки (пункт отправления, промежуточные пункты посадки/высадки, пункт назначения):</w:t>
      </w:r>
    </w:p>
    <w:p>
      <w:pPr>
        <w:spacing w:after="160"/>
      </w:pPr>
      <w:r>
        <w:rPr>
          <w:b w:val="0"/>
        </w:rPr>
        <w:t>________________________________________________________________</w:t>
      </w:r>
    </w:p>
    <w:p>
      <w:pPr>
        <w:spacing w:after="160"/>
      </w:pPr>
      <w:r>
        <w:rPr>
          <w:b w:val="0"/>
        </w:rPr>
        <w:t>________________________________________________________________</w:t>
      </w:r>
    </w:p>
    <w:p>
      <w:pPr>
        <w:spacing w:after="40"/>
      </w:pPr>
      <w:r>
        <w:rPr>
          <w:b w:val="0"/>
        </w:rPr>
        <w:t>3. Наименование перевозчика (фрахтовщика), ИНН, контактный телефон:</w:t>
      </w:r>
    </w:p>
    <w:p>
      <w:pPr>
        <w:spacing w:after="160"/>
      </w:pPr>
      <w:r>
        <w:rPr>
          <w:b w:val="0"/>
        </w:rPr>
        <w:t>________________________________________________________________</w:t>
      </w:r>
    </w:p>
    <w:p>
      <w:pPr>
        <w:spacing w:after="40"/>
      </w:pPr>
      <w:r>
        <w:rPr>
          <w:b w:val="0"/>
        </w:rPr>
        <w:t>4. Марка, модель и государственный регистрационный знак автобуса:</w:t>
      </w:r>
    </w:p>
    <w:p>
      <w:pPr>
        <w:spacing w:after="160"/>
      </w:pPr>
      <w:r>
        <w:rPr>
          <w:b w:val="0"/>
        </w:rPr>
        <w:t>________________________________________________________________</w:t>
      </w:r>
    </w:p>
    <w:p>
      <w:pPr>
        <w:spacing w:after="40"/>
      </w:pPr>
      <w:r>
        <w:rPr>
          <w:b w:val="0"/>
        </w:rPr>
        <w:t>5. ФИО водителя, номер водительского удостоверения:</w:t>
      </w:r>
    </w:p>
    <w:p>
      <w:pPr>
        <w:spacing w:after="160"/>
      </w:pPr>
      <w:r>
        <w:rPr>
          <w:b w:val="0"/>
        </w:rPr>
        <w:t>________________________________________________________________</w:t>
      </w:r>
    </w:p>
    <w:p>
      <w:pPr>
        <w:spacing w:after="40"/>
      </w:pPr>
      <w:r>
        <w:rPr>
          <w:b w:val="0"/>
        </w:rPr>
        <w:t>6. Количество перевозимых детей, возраст:</w:t>
      </w:r>
    </w:p>
    <w:p>
      <w:pPr>
        <w:spacing w:after="160"/>
      </w:pPr>
      <w:r>
        <w:rPr>
          <w:b w:val="0"/>
        </w:rPr>
        <w:t>__________ чел., от _____ до _____ лет</w:t>
      </w:r>
    </w:p>
    <w:p>
      <w:pPr>
        <w:spacing w:after="40"/>
      </w:pPr>
      <w:r>
        <w:rPr>
          <w:b w:val="0"/>
        </w:rPr>
        <w:t>7. ФИО и телефон ответственного за организованную перевозку группы детей:</w:t>
      </w:r>
    </w:p>
    <w:p>
      <w:pPr>
        <w:spacing w:after="160"/>
      </w:pPr>
      <w:r>
        <w:rPr>
          <w:b w:val="0"/>
        </w:rPr>
        <w:t>________________________________________________________________</w:t>
      </w:r>
    </w:p>
    <w:p>
      <w:pPr>
        <w:spacing w:after="40"/>
      </w:pPr>
      <w:r>
        <w:rPr>
          <w:b w:val="0"/>
        </w:rPr>
        <w:t>8. ФИО и телефоны сопровождающих:</w:t>
      </w:r>
    </w:p>
    <w:p>
      <w:pPr>
        <w:spacing w:after="160"/>
      </w:pPr>
      <w:r>
        <w:rPr>
          <w:b w:val="0"/>
        </w:rPr>
        <w:t>________________________________________________________________</w:t>
      </w:r>
    </w:p>
    <w:p>
      <w:pPr>
        <w:spacing w:after="160"/>
      </w:pPr>
      <w:r>
        <w:rPr>
          <w:b w:val="0"/>
        </w:rPr>
        <w:t>________________________________________________________________</w:t>
      </w:r>
    </w:p>
    <w:p>
      <w:pPr>
        <w:spacing w:after="120"/>
      </w:pPr>
      <w:r>
        <w:rPr>
          <w:b w:val="0"/>
        </w:rPr>
      </w:r>
    </w:p>
    <w:p>
      <w:pPr>
        <w:spacing w:after="320"/>
      </w:pPr>
      <w:r>
        <w:rPr>
          <w:b w:val="0"/>
        </w:rPr>
        <w:t>Дата подачи: «___» ____________ 20___ г.        Подпись: ______________ / ______________</w:t>
      </w:r>
    </w:p>
    <w:p>
      <w:pPr>
        <w:spacing w:after="0"/>
      </w:pPr>
      <w:r>
        <w:rPr>
          <w:b w:val="0"/>
          <w:sz w:val="18"/>
        </w:rPr>
        <w:t>Справочно: уведомление подаётся в подразделение Госавтоинспекции по месту начала перевозки не позднее чем за 48 часов до начала перевозки в междугородном сообщении и не позднее чем за 24 часа — в городском и пригородном сообщениях (Постановление Правительства РФ от 23.09.2020 № 1527). При перевозке колонной из трёх и более автобусов вместо уведомления подаётся заявка на сопровождение. Шаблон подготовлен сервисом Globus (busglobus.ru); перед подачей сверьте актуальные требования.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